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0"/>
        </w:rPr>
        <w:t>ОБРАЗЕЦ — НЕ ВЫДАН</w:t>
      </w:r>
    </w:p>
    <w:p/>
    <w:p>
      <w:pPr>
        <w:jc w:val="center"/>
      </w:pPr>
      <w:r>
        <w:rPr>
          <w:rFonts w:ascii="Arial" w:hAnsi="Arial"/>
          <w:b/>
          <w:sz w:val="30"/>
        </w:rPr>
        <w:t>СЕРТИФИКАТ ОБ ОБУЧЕНИИ</w:t>
      </w:r>
    </w:p>
    <w:p>
      <w:pPr>
        <w:jc w:val="center"/>
      </w:pPr>
      <w:r>
        <w:rPr>
          <w:b/>
        </w:rPr>
        <w:t>№ NT-20__-____-____</w:t>
      </w:r>
    </w:p>
    <w:p>
      <w:pPr>
        <w:jc w:val="center"/>
      </w:pPr>
      <w:r>
        <w:rPr>
          <w:b w:val="0"/>
        </w:rPr>
        <w:t>Настоящим подтверждается, что</w:t>
      </w:r>
    </w:p>
    <w:p>
      <w:pPr>
        <w:jc w:val="center"/>
      </w:pPr>
      <w:r>
        <w:rPr>
          <w:b/>
        </w:rPr>
        <w:t>____________________________________________</w:t>
      </w:r>
    </w:p>
    <w:p>
      <w:pPr>
        <w:jc w:val="center"/>
      </w:pPr>
      <w:r>
        <w:rPr>
          <w:b w:val="0"/>
        </w:rPr>
        <w:t>успешно освоил(а) дополнительную общеобразовательную общеразвивающую программу</w:t>
      </w:r>
    </w:p>
    <w:p>
      <w:pPr>
        <w:jc w:val="center"/>
      </w:pPr>
      <w:r>
        <w:rPr>
          <w:b/>
        </w:rPr>
        <w:t>«Основы программирования на Python. Разработка текстовой ролевой игры»</w:t>
      </w:r>
    </w:p>
    <w:p>
      <w:pPr>
        <w:jc w:val="center"/>
      </w:pPr>
      <w:r>
        <w:rPr>
          <w:b w:val="0"/>
        </w:rPr>
        <w:t>объёмом 48 академических часов</w:t>
      </w:r>
    </w:p>
    <w:p>
      <w:pPr>
        <w:jc w:val="center"/>
      </w:pPr>
      <w:r>
        <w:t>Дата выдачи: ________________</w:t>
      </w:r>
    </w:p>
    <w:p/>
    <w:p>
      <w:pPr>
        <w:jc w:val="center"/>
      </w:pPr>
      <w:r>
        <w:rPr>
          <w:b/>
        </w:rPr>
        <w:t>ИП Субботин Владимир Александрович</w:t>
      </w:r>
    </w:p>
    <w:p>
      <w:pPr>
        <w:jc w:val="center"/>
      </w:pPr>
      <w:r>
        <w:t>Подпись: __________________</w:t>
      </w:r>
    </w:p>
    <w:p>
      <w:pPr>
        <w:jc w:val="center"/>
      </w:pPr>
      <w:r>
        <w:rPr>
          <w:i/>
        </w:rPr>
        <w:t>Сертификат подтверждает факт успешного обучения по дополнительной общеразвивающей программе и не удостоверяет получение уровня образования или профессиональной квалификации.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